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  <w:jc w:val="center"/>
      </w:pPr>
      <w:r>
        <w:rPr>
          <w:rFonts w:ascii="Calibri" w:hAnsi="Calibri"/>
          <w:b/>
          <w:color w:val="193B67"/>
          <w:sz w:val="34"/>
        </w:rPr>
        <w:t>SOLICITUD DE AFILIACIÓN</w:t>
      </w:r>
    </w:p>
    <w:p>
      <w:pPr>
        <w:spacing w:after="200"/>
        <w:jc w:val="center"/>
      </w:pPr>
      <w:r>
        <w:rPr>
          <w:rFonts w:ascii="Calibri" w:hAnsi="Calibri"/>
          <w:b w:val="0"/>
          <w:color w:val="5A6573"/>
          <w:sz w:val="21"/>
        </w:rPr>
        <w:t>Formulario editable para gremios y asociaciones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trHeight w:hRule="atLeast"/>
        </w:trPr>
        <w:tc>
          <w:tcPr>
            <w:tcW w:type="dxa" w:w="936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F5F8FC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A6573"/>
                <w:sz w:val="19"/>
              </w:rPr>
              <w:t>Complete la información solicitada y envíe este formulario junto con los documentos requeridos a info@fedemipyme.org.py. También puede imprimirlo y completarlo a mano.</w:t>
            </w:r>
          </w:p>
        </w:tc>
      </w:tr>
    </w:tbl>
    <w:p>
      <w:pPr>
        <w:keepNext/>
        <w:pageBreakBefore w:val="0"/>
        <w:spacing w:before="220" w:after="120"/>
      </w:pPr>
      <w:r>
        <w:rPr>
          <w:rFonts w:ascii="Calibri" w:hAnsi="Calibri"/>
          <w:b/>
          <w:color w:val="193B67"/>
          <w:sz w:val="26"/>
        </w:rPr>
        <w:t>1. Datos del gremio o asociación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Nombre de la institución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Sigla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RUC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Dirección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Ciudad / departamento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Teléfono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Correo electrónico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Sitio web / redes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Cantidad de asociados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Actividad / sector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Next/>
        <w:pageBreakBefore w:val="0"/>
        <w:spacing w:before="220" w:after="120"/>
      </w:pPr>
      <w:r>
        <w:rPr>
          <w:rFonts w:ascii="Calibri" w:hAnsi="Calibri"/>
          <w:b/>
          <w:color w:val="193B67"/>
          <w:sz w:val="26"/>
        </w:rPr>
        <w:t>2. Representante legal 1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Nombre y apellido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Cargo en el gremio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Cédula de identidad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Teléfono / celular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Correo electrónico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Next/>
        <w:pageBreakBefore/>
        <w:spacing w:before="220" w:after="120"/>
      </w:pPr>
      <w:r>
        <w:rPr>
          <w:rFonts w:ascii="Calibri" w:hAnsi="Calibri"/>
          <w:b/>
          <w:color w:val="193B67"/>
          <w:sz w:val="26"/>
        </w:rPr>
        <w:t>3. Representante legal 2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Nombre y apellido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Cargo en el gremio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Cédula de identidad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Teléfono / celular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Correo electrónico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Next/>
        <w:pageBreakBefore w:val="0"/>
        <w:spacing w:before="220" w:after="120"/>
      </w:pPr>
      <w:r>
        <w:rPr>
          <w:rFonts w:ascii="Calibri" w:hAnsi="Calibri"/>
          <w:b/>
          <w:color w:val="193B67"/>
          <w:sz w:val="26"/>
        </w:rPr>
        <w:t>4. Persona encargada de relacionamiento 1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Nombre y apellido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Cargo en el gremio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Cédula de identidad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Teléfono / celular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Correo electrónico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Next/>
        <w:pageBreakBefore w:val="0"/>
        <w:spacing w:before="220" w:after="120"/>
      </w:pPr>
      <w:r>
        <w:rPr>
          <w:rFonts w:ascii="Calibri" w:hAnsi="Calibri"/>
          <w:b/>
          <w:color w:val="193B67"/>
          <w:sz w:val="26"/>
        </w:rPr>
        <w:t>5. Persona encargada de relacionamiento 2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Nombre y apellido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Cargo en el gremio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Cédula de identidad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Teléfono / celular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Correo electrónico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Next/>
        <w:pageBreakBefore/>
        <w:spacing w:before="220" w:after="120"/>
      </w:pPr>
      <w:r>
        <w:rPr>
          <w:rFonts w:ascii="Calibri" w:hAnsi="Calibri"/>
          <w:b/>
          <w:color w:val="193B67"/>
          <w:sz w:val="26"/>
        </w:rPr>
        <w:t>6. Referencias</w:t>
      </w:r>
    </w:p>
    <w:p>
      <w:pPr>
        <w:keepNext/>
        <w:pageBreakBefore w:val="0"/>
        <w:spacing w:before="220" w:after="120"/>
      </w:pPr>
      <w:r>
        <w:rPr>
          <w:rFonts w:ascii="Calibri" w:hAnsi="Calibri"/>
          <w:b/>
          <w:color w:val="193B67"/>
          <w:sz w:val="26"/>
        </w:rPr>
        <w:t>Referencia 1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Nombre y apellido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Institución / empresa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Teléfono / celular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Next/>
        <w:pageBreakBefore w:val="0"/>
        <w:spacing w:before="220" w:after="120"/>
      </w:pPr>
      <w:r>
        <w:rPr>
          <w:rFonts w:ascii="Calibri" w:hAnsi="Calibri"/>
          <w:b/>
          <w:color w:val="193B67"/>
          <w:sz w:val="26"/>
        </w:rPr>
        <w:t>Referencia 2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Nombre y apellido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F5F8FC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Institución / empresa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Lines/>
        <w:spacing w:before="65" w:after="65" w:line="324" w:lineRule="auto"/>
        <w:shd w:fill="E8EEF5"/>
        <w:pBdr>
          <w:top w:val="single" w:sz="4" w:space="0" w:color="2F3B48"/>
          <w:left w:val="single" w:sz="4" w:space="0" w:color="2F3B48"/>
          <w:bottom w:val="single" w:sz="4" w:space="0" w:color="2F3B48"/>
          <w:right w:val="single" w:sz="4" w:space="0" w:color="2F3B48"/>
        </w:pBdr>
        <w:ind w:left="120" w:right="120"/>
      </w:pPr>
      <w:r>
        <w:rPr>
          <w:rFonts w:ascii="Calibri" w:hAnsi="Calibri"/>
          <w:b/>
          <w:color w:val="193B67"/>
          <w:sz w:val="19"/>
        </w:rPr>
        <w:t>Teléfono / celular</w:t>
      </w:r>
      <w:r>
        <w:rPr>
          <w:rFonts w:ascii="Calibri" w:hAnsi="Calibri"/>
          <w:b w:val="0"/>
          <w:color w:val="8A94A3"/>
          <w:sz w:val="18"/>
        </w:rPr>
        <w:t xml:space="preserve">  —  Escriba aquí</w:t>
      </w:r>
    </w:p>
    <w:p>
      <w:pPr>
        <w:keepNext/>
        <w:pageBreakBefore w:val="0"/>
        <w:spacing w:before="220" w:after="120"/>
      </w:pPr>
      <w:r>
        <w:rPr>
          <w:rFonts w:ascii="Calibri" w:hAnsi="Calibri"/>
          <w:b/>
          <w:color w:val="193B67"/>
          <w:sz w:val="26"/>
        </w:rPr>
        <w:t>7. Documentos que deben acompañar la solicitud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type="dxa" w:w="120"/>
      </w:tblPr>
      <w:tblGrid>
        <w:gridCol w:w="7600"/>
        <w:gridCol w:w="1760"/>
      </w:tblGrid>
      <w:tr>
        <w:trPr>
          <w:trHeight w:hRule="atLeast"/>
          <w:tblHeader w:val="true"/>
        </w:trPr>
        <w:tc>
          <w:tcPr>
            <w:tcW w:type="dxa" w:w="760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93B67"/>
                <w:sz w:val="19"/>
              </w:rPr>
              <w:t>Documento</w:t>
            </w:r>
          </w:p>
        </w:tc>
        <w:tc>
          <w:tcPr>
            <w:tcW w:type="dxa" w:w="176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93B67"/>
                <w:sz w:val="19"/>
              </w:rPr>
              <w:t>Adjuntado</w:t>
            </w:r>
          </w:p>
        </w:tc>
      </w:tr>
      <w:tr>
        <w:trPr>
          <w:trHeight w:hRule="atLeast"/>
        </w:trPr>
        <w:tc>
          <w:tcPr>
            <w:tcW w:type="dxa" w:w="7600"/>
            <w:shd w:fill="FFFFFF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F2933"/>
                <w:sz w:val="19"/>
              </w:rPr>
              <w:t>Constitución del gremio y RUC (copias simples).</w:t>
            </w:r>
          </w:p>
        </w:tc>
        <w:tc>
          <w:tcPr>
            <w:tcW w:type="dxa" w:w="1760"/>
            <w:shd w:fill="FFFFFF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1F2933"/>
                <w:sz w:val="20"/>
              </w:rPr>
              <w:t>☐ Sí   ☐ No</w:t>
            </w:r>
          </w:p>
        </w:tc>
      </w:tr>
      <w:tr>
        <w:trPr>
          <w:trHeight w:hRule="atLeast"/>
        </w:trPr>
        <w:tc>
          <w:tcPr>
            <w:tcW w:type="dxa" w:w="7600"/>
            <w:shd w:fill="FFFFFF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F2933"/>
                <w:sz w:val="19"/>
              </w:rPr>
              <w:t>Acta de la última asamblea y/o poder para validar a los representantes.</w:t>
            </w:r>
          </w:p>
        </w:tc>
        <w:tc>
          <w:tcPr>
            <w:tcW w:type="dxa" w:w="1760"/>
            <w:shd w:fill="FFFFFF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1F2933"/>
                <w:sz w:val="20"/>
              </w:rPr>
              <w:t>☐ Sí   ☐ No</w:t>
            </w:r>
          </w:p>
        </w:tc>
      </w:tr>
      <w:tr>
        <w:trPr>
          <w:trHeight w:hRule="atLeast"/>
        </w:trPr>
        <w:tc>
          <w:tcPr>
            <w:tcW w:type="dxa" w:w="7600"/>
            <w:shd w:fill="FFFFFF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F2933"/>
                <w:sz w:val="19"/>
              </w:rPr>
              <w:t>Cédula de identidad de los representantes.</w:t>
            </w:r>
          </w:p>
        </w:tc>
        <w:tc>
          <w:tcPr>
            <w:tcW w:type="dxa" w:w="1760"/>
            <w:shd w:fill="FFFFFF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1F2933"/>
                <w:sz w:val="20"/>
              </w:rPr>
              <w:t>☐ Sí   ☐ No</w:t>
            </w:r>
          </w:p>
        </w:tc>
      </w:tr>
    </w:tbl>
    <w:p>
      <w:pPr>
        <w:keepNext/>
        <w:pageBreakBefore w:val="0"/>
        <w:spacing w:before="220" w:after="120"/>
      </w:pPr>
      <w:r>
        <w:rPr>
          <w:rFonts w:ascii="Calibri" w:hAnsi="Calibri"/>
          <w:b/>
          <w:color w:val="193B67"/>
          <w:sz w:val="26"/>
        </w:rPr>
        <w:t>8. Declaración y firmas</w:t>
      </w:r>
    </w:p>
    <w:p>
      <w:pPr>
        <w:spacing w:after="160"/>
      </w:pPr>
      <w:r>
        <w:rPr>
          <w:rFonts w:ascii="Calibri" w:hAnsi="Calibri"/>
          <w:b w:val="0"/>
          <w:color w:val="1F2933"/>
          <w:sz w:val="19"/>
        </w:rPr>
        <w:t>Declaramos que la información proporcionada es correcta y solicitamos la afiliación de la institución a la Federación Paraguaya de MIPYMES.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4680"/>
        <w:gridCol w:w="4680"/>
      </w:tblGrid>
      <w:tr>
        <w:trPr>
          <w:trHeight w:hRule="atLeast"/>
        </w:trPr>
        <w:tc>
          <w:tcPr>
            <w:tcW w:type="dxa" w:w="468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400"/>
            </w:pPr>
            <w:r>
              <w:rPr>
                <w:rFonts w:ascii="Calibri" w:hAnsi="Calibri"/>
                <w:b w:val="0"/>
                <w:color w:val="8A94A3"/>
                <w:sz w:val="18"/>
              </w:rPr>
              <w:t>Espacio para firma</w:t>
            </w:r>
          </w:p>
        </w:tc>
        <w:tc>
          <w:tcPr>
            <w:tcW w:type="dxa" w:w="468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400"/>
            </w:pPr>
            <w:r>
              <w:rPr>
                <w:rFonts w:ascii="Calibri" w:hAnsi="Calibri"/>
                <w:b w:val="0"/>
                <w:color w:val="8A94A3"/>
                <w:sz w:val="18"/>
              </w:rPr>
              <w:t>Espacio para firma</w:t>
            </w:r>
          </w:p>
        </w:tc>
      </w:tr>
      <w:tr>
        <w:trPr>
          <w:trHeight w:hRule="atLeast"/>
        </w:trPr>
        <w:tc>
          <w:tcPr>
            <w:tcW w:type="dxa" w:w="468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93B67"/>
                <w:sz w:val="19"/>
              </w:rPr>
              <w:t>Representante legal 1</w:t>
            </w:r>
          </w:p>
        </w:tc>
        <w:tc>
          <w:tcPr>
            <w:tcW w:type="dxa" w:w="468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93B67"/>
                <w:sz w:val="19"/>
              </w:rPr>
              <w:t>Representante legal 2</w:t>
            </w:r>
          </w:p>
        </w:tc>
      </w:tr>
      <w:tr>
        <w:trPr>
          <w:trHeight w:hRule="atLeast"/>
        </w:trPr>
        <w:tc>
          <w:tcPr>
            <w:tcW w:type="dxa" w:w="468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8A94A3"/>
                <w:sz w:val="18"/>
              </w:rPr>
              <w:t>Aclaración y C.I.</w:t>
            </w:r>
          </w:p>
        </w:tc>
        <w:tc>
          <w:tcPr>
            <w:tcW w:type="dxa" w:w="468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8A94A3"/>
                <w:sz w:val="18"/>
              </w:rPr>
              <w:t>Aclaración y C.I.</w:t>
            </w:r>
          </w:p>
        </w:tc>
      </w:tr>
    </w:tbl>
    <w:p>
      <w:pPr>
        <w:keepNext/>
        <w:pageBreakBefore w:val="0"/>
        <w:spacing w:before="220" w:after="120"/>
      </w:pPr>
      <w:r>
        <w:rPr>
          <w:rFonts w:ascii="Calibri" w:hAnsi="Calibri"/>
          <w:b/>
          <w:color w:val="193B67"/>
          <w:sz w:val="26"/>
        </w:rPr>
        <w:t>Sello institucional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trHeight w:hRule="atLeast"/>
        </w:trPr>
        <w:tc>
          <w:tcPr>
            <w:tcW w:type="dxa" w:w="9360"/>
            <w:tcMar>
              <w:top w:w="85" w:type="dxa"/>
              <w:bottom w:w="85" w:type="dxa"/>
              <w:start w:w="120" w:type="dxa"/>
              <w:end w:w="120" w:type="dxa"/>
            </w:tcMar>
            <w:vAlign w:val="center"/>
            <w:shd w:fill="F5F8FC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5A6573"/>
                <w:sz w:val="19"/>
              </w:rPr>
              <w:t>El formulario original incluye un espacio para sello. Utilícelo si la institución dispone de uno; no figura como documento adjunto obligatorio.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440" w:bottom="893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5A6573"/>
        <w:sz w:val="16"/>
      </w:rPr>
      <w:t>www.fedemipyme.org.py  •  info@fedemipyme.org.py  •  Paraguay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type="dxa" w:w="120"/>
    </w:tblPr>
    <w:tblGrid>
      <w:gridCol w:w="2920"/>
      <w:gridCol w:w="6440"/>
    </w:tblGrid>
    <w:tr>
      <w:trPr>
        <w:trHeight w:hRule="atLeast"/>
      </w:trPr>
      <w:tc>
        <w:tcPr>
          <w:tcW w:type="dxa" w:w="2920"/>
          <w:tcMar>
            <w:top w:w="20" w:type="dxa"/>
            <w:bottom w:w="30" w:type="dxa"/>
            <w:start w:w="0" w:type="dxa"/>
            <w:end w:w="0" w:type="dxa"/>
          </w:tcMar>
          <w:vAlign w:val="center"/>
        </w:tcPr>
        <w:p>
          <w:r>
            <w:drawing>
              <wp:inline xmlns:a="http://schemas.openxmlformats.org/drawingml/2006/main" xmlns:pic="http://schemas.openxmlformats.org/drawingml/2006/picture">
                <wp:extent cx="1664208" cy="679335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edemipyme-logo-hor-primary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4208" cy="679335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440"/>
          <w:tcMar>
            <w:top w:w="20" w:type="dxa"/>
            <w:bottom w:w="30" w:type="dxa"/>
            <w:start w:w="0" w:type="dxa"/>
            <w:end w:w="0" w:type="dxa"/>
          </w:tcMar>
          <w:vAlign w:val="center"/>
        </w:tcPr>
        <w:p>
          <w:pPr>
            <w:jc w:val="right"/>
          </w:pPr>
          <w:r>
            <w:rPr>
              <w:rFonts w:ascii="Calibri" w:hAnsi="Calibri"/>
              <w:b/>
              <w:color w:val="193B67"/>
              <w:sz w:val="20"/>
            </w:rPr>
            <w:t>SOLICITUD DE AFILIACIÓN</w:t>
            <w:br/>
          </w:r>
          <w:r>
            <w:rPr>
              <w:rFonts w:ascii="Calibri" w:hAnsi="Calibri"/>
              <w:b w:val="0"/>
              <w:color w:val="5A6573"/>
              <w:sz w:val="17"/>
            </w:rPr>
            <w:t>Federación Paraguaya de MIPYMES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F29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afiliación a FEDEMIPYME</dc:title>
  <dc:subject>Formulario editable para gremios y asociaciones</dc:subject>
  <dc:creator>Federación Paraguaya de MIPYMES</dc:creator>
  <cp:keywords>FEDEMIPYME, afiliación, gremios, MIPYMES, Paraguay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